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literatur deckblätte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