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magnetismus deckblätter zum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