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mensch natur technik deckblatt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