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deckblatt astronomi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