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hysik magnetismus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