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ussisch deckblatt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