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russisch deckblätt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