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 Dogge ausma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