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 Dogge ausmalbilder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