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obermann ausmailbild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