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obermann ausmai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