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ottweiler ausmailbil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