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ottweiler ausmai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