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Rottweiler ausmal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