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äferhund zumausmalbil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