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chnauzer ausmailbild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