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nauzer ausmai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