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drucken fuchs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