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blumenstrauss geburts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