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 einhorn prinzessi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