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 mandala pferd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