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pferd mit foh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