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ferd mit reiter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