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prinzessin mit pfe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