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blätter herbs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