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ausmalbilder einhorn mit prinzessi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