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ussball star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