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bst kinderg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