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herbst zum ausdrucken pdf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