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pferd mit fohlen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