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 mit reiter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