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pferde mit foh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