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e mit prinzess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