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prinzessin einhor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