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prinzessin pfe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