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regenbogen einho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