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iere für 10 jähri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