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m ausdrucken jung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