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lder von pferden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