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zum ausmalen fe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