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bilder zum ausmalen prinzessi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