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lumen vorlag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