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lumenstrauss male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