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nstrauss mal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