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nke für die glückwünsche zum geburtstag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