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ChatGPT Image 11 mar 2026, 10_24_35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