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 karte für geburts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