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karte beerdigu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