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eskarten geburtstag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