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eskarten kommunio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